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DCA4FF" w14:textId="77777777" w:rsidR="00FC193E" w:rsidRPr="005A319C" w:rsidRDefault="00BC1395" w:rsidP="005A319C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5A319C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477C4875" wp14:editId="582FF8AA">
            <wp:extent cx="1038225" cy="1038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Anffos-2023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297A9" w14:textId="77777777" w:rsidR="00FC193E" w:rsidRPr="005A319C" w:rsidRDefault="00BC1395" w:rsidP="005A319C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es-ES"/>
        </w:rPr>
      </w:pPr>
      <w:r w:rsidRPr="005A319C">
        <w:rPr>
          <w:rFonts w:ascii="Calibri" w:hAnsi="Calibri" w:cs="Calibri"/>
          <w:b/>
          <w:sz w:val="24"/>
          <w:szCs w:val="24"/>
          <w:lang w:val="es-ES"/>
        </w:rPr>
        <w:t>AUTORIZACIÓN DE DESCUENTO POR PLANILLA</w:t>
      </w:r>
    </w:p>
    <w:p w14:paraId="5671241B" w14:textId="77777777" w:rsidR="00FC193E" w:rsidRPr="005A319C" w:rsidRDefault="00FC193E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</w:p>
    <w:p w14:paraId="1567BAF7" w14:textId="4093819C" w:rsidR="005A319C" w:rsidRPr="005A319C" w:rsidRDefault="00BC1395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5A319C">
        <w:rPr>
          <w:rFonts w:ascii="Calibri" w:hAnsi="Calibri" w:cs="Calibri"/>
          <w:sz w:val="24"/>
          <w:szCs w:val="24"/>
          <w:lang w:val="es-ES"/>
        </w:rPr>
        <w:t xml:space="preserve">En ________________________, a ____ </w:t>
      </w:r>
      <w:proofErr w:type="spellStart"/>
      <w:r w:rsidRPr="005A319C">
        <w:rPr>
          <w:rFonts w:ascii="Calibri" w:hAnsi="Calibri" w:cs="Calibri"/>
          <w:sz w:val="24"/>
          <w:szCs w:val="24"/>
          <w:lang w:val="es-ES"/>
        </w:rPr>
        <w:t>de</w:t>
      </w:r>
      <w:proofErr w:type="spellEnd"/>
      <w:r w:rsidRPr="005A319C">
        <w:rPr>
          <w:rFonts w:ascii="Calibri" w:hAnsi="Calibri" w:cs="Calibri"/>
          <w:sz w:val="24"/>
          <w:szCs w:val="24"/>
          <w:lang w:val="es-ES"/>
        </w:rPr>
        <w:t xml:space="preserve"> __________________ </w:t>
      </w:r>
      <w:proofErr w:type="spellStart"/>
      <w:proofErr w:type="gramStart"/>
      <w:r w:rsidRPr="005A319C">
        <w:rPr>
          <w:rFonts w:ascii="Calibri" w:hAnsi="Calibri" w:cs="Calibri"/>
          <w:sz w:val="24"/>
          <w:szCs w:val="24"/>
          <w:lang w:val="es-ES"/>
        </w:rPr>
        <w:t>de</w:t>
      </w:r>
      <w:proofErr w:type="spellEnd"/>
      <w:r w:rsidRPr="005A319C">
        <w:rPr>
          <w:rFonts w:ascii="Calibri" w:hAnsi="Calibri" w:cs="Calibri"/>
          <w:sz w:val="24"/>
          <w:szCs w:val="24"/>
          <w:lang w:val="es-ES"/>
        </w:rPr>
        <w:t xml:space="preserve"> </w:t>
      </w:r>
      <w:r w:rsidR="005A319C">
        <w:rPr>
          <w:rFonts w:ascii="Calibri" w:hAnsi="Calibri" w:cs="Calibri"/>
          <w:sz w:val="24"/>
          <w:szCs w:val="24"/>
          <w:lang w:val="es-ES"/>
        </w:rPr>
        <w:t xml:space="preserve"> </w:t>
      </w:r>
      <w:r w:rsidRPr="005A319C">
        <w:rPr>
          <w:rFonts w:ascii="Calibri" w:hAnsi="Calibri" w:cs="Calibri"/>
          <w:sz w:val="24"/>
          <w:szCs w:val="24"/>
          <w:lang w:val="es-ES"/>
        </w:rPr>
        <w:t>20</w:t>
      </w:r>
      <w:proofErr w:type="gramEnd"/>
      <w:r w:rsidRPr="005A319C">
        <w:rPr>
          <w:rFonts w:ascii="Calibri" w:hAnsi="Calibri" w:cs="Calibri"/>
          <w:sz w:val="24"/>
          <w:szCs w:val="24"/>
          <w:lang w:val="es-ES"/>
        </w:rPr>
        <w:t>____.</w:t>
      </w:r>
    </w:p>
    <w:p w14:paraId="36BE2F50" w14:textId="2ED66694" w:rsidR="00FC193E" w:rsidRPr="005A319C" w:rsidRDefault="00BC1395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5A319C">
        <w:rPr>
          <w:rFonts w:ascii="Calibri" w:hAnsi="Calibri" w:cs="Calibri"/>
          <w:sz w:val="24"/>
          <w:szCs w:val="24"/>
          <w:lang w:val="es-ES"/>
        </w:rPr>
        <w:t>Yo, __________________________________________________,</w:t>
      </w:r>
      <w:r w:rsidR="005A319C">
        <w:rPr>
          <w:rFonts w:ascii="Calibri" w:hAnsi="Calibri" w:cs="Calibri"/>
          <w:sz w:val="24"/>
          <w:szCs w:val="24"/>
          <w:lang w:val="es-ES"/>
        </w:rPr>
        <w:t xml:space="preserve"> </w:t>
      </w:r>
      <w:r w:rsidRPr="005A319C">
        <w:rPr>
          <w:rFonts w:ascii="Calibri" w:hAnsi="Calibri" w:cs="Calibri"/>
          <w:sz w:val="24"/>
          <w:szCs w:val="24"/>
          <w:lang w:val="es-ES"/>
        </w:rPr>
        <w:t xml:space="preserve">Cédula Nacional de Identidad </w:t>
      </w:r>
      <w:proofErr w:type="spellStart"/>
      <w:r w:rsidRPr="005A319C">
        <w:rPr>
          <w:rFonts w:ascii="Calibri" w:hAnsi="Calibri" w:cs="Calibri"/>
          <w:sz w:val="24"/>
          <w:szCs w:val="24"/>
          <w:lang w:val="es-ES"/>
        </w:rPr>
        <w:t>N°</w:t>
      </w:r>
      <w:proofErr w:type="spellEnd"/>
      <w:r w:rsidRPr="005A319C">
        <w:rPr>
          <w:rFonts w:ascii="Calibri" w:hAnsi="Calibri" w:cs="Calibri"/>
          <w:sz w:val="24"/>
          <w:szCs w:val="24"/>
          <w:lang w:val="es-ES"/>
        </w:rPr>
        <w:t xml:space="preserve"> </w:t>
      </w:r>
      <w:r w:rsidRPr="005A319C">
        <w:rPr>
          <w:rFonts w:ascii="Calibri" w:hAnsi="Calibri" w:cs="Calibri"/>
          <w:sz w:val="24"/>
          <w:szCs w:val="24"/>
          <w:lang w:val="es-ES"/>
        </w:rPr>
        <w:t>____________________________,</w:t>
      </w:r>
      <w:r w:rsidR="005A319C">
        <w:rPr>
          <w:rFonts w:ascii="Calibri" w:hAnsi="Calibri" w:cs="Calibri"/>
          <w:sz w:val="24"/>
          <w:szCs w:val="24"/>
          <w:lang w:val="es-ES"/>
        </w:rPr>
        <w:t xml:space="preserve"> </w:t>
      </w:r>
      <w:r w:rsidRPr="005A319C">
        <w:rPr>
          <w:rFonts w:ascii="Calibri" w:hAnsi="Calibri" w:cs="Calibri"/>
          <w:sz w:val="24"/>
          <w:szCs w:val="24"/>
          <w:lang w:val="es-ES"/>
        </w:rPr>
        <w:t>Funcionario/a del Fondo de Solidaridad e Inversión Social (FOSIS),</w:t>
      </w:r>
      <w:r w:rsidR="00DA4AE3">
        <w:rPr>
          <w:rFonts w:ascii="Calibri" w:hAnsi="Calibri" w:cs="Calibri"/>
          <w:sz w:val="24"/>
          <w:szCs w:val="24"/>
          <w:lang w:val="es-ES"/>
        </w:rPr>
        <w:t xml:space="preserve"> </w:t>
      </w:r>
      <w:r w:rsidRPr="005A319C">
        <w:rPr>
          <w:rFonts w:ascii="Calibri" w:hAnsi="Calibri" w:cs="Calibri"/>
          <w:sz w:val="24"/>
          <w:szCs w:val="24"/>
          <w:lang w:val="es-ES"/>
        </w:rPr>
        <w:t>con desempeño en ____________________________________________,</w:t>
      </w:r>
      <w:r w:rsidR="005A319C">
        <w:rPr>
          <w:rFonts w:ascii="Calibri" w:hAnsi="Calibri" w:cs="Calibri"/>
          <w:sz w:val="24"/>
          <w:szCs w:val="24"/>
          <w:lang w:val="es-ES"/>
        </w:rPr>
        <w:t xml:space="preserve"> </w:t>
      </w:r>
      <w:r w:rsidRPr="005A319C">
        <w:rPr>
          <w:rFonts w:ascii="Calibri" w:hAnsi="Calibri" w:cs="Calibri"/>
          <w:sz w:val="24"/>
          <w:szCs w:val="24"/>
          <w:lang w:val="es-ES"/>
        </w:rPr>
        <w:t>vengo en autorizar expresa e irrevocablemente el descuento por planilla de remuneraciones, conforme al siguiente detalle:</w:t>
      </w:r>
    </w:p>
    <w:p w14:paraId="3929D034" w14:textId="77777777" w:rsidR="00FC193E" w:rsidRPr="005A319C" w:rsidRDefault="00FC193E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</w:p>
    <w:p w14:paraId="142520F4" w14:textId="77777777" w:rsidR="00FC193E" w:rsidRPr="005A319C" w:rsidRDefault="00BC1395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5A319C">
        <w:rPr>
          <w:rFonts w:ascii="Calibri" w:hAnsi="Calibri" w:cs="Calibri"/>
          <w:b/>
          <w:sz w:val="24"/>
          <w:szCs w:val="24"/>
          <w:lang w:val="es-ES"/>
        </w:rPr>
        <w:t>1. MOTIVO DEL DESCUENTO</w:t>
      </w:r>
    </w:p>
    <w:p w14:paraId="6F6DDDBF" w14:textId="4F3472B9" w:rsidR="00FC193E" w:rsidRPr="005A319C" w:rsidRDefault="00BC1395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5A319C">
        <w:rPr>
          <w:rFonts w:ascii="Calibri" w:hAnsi="Calibri" w:cs="Calibri"/>
          <w:sz w:val="24"/>
          <w:szCs w:val="24"/>
          <w:lang w:val="es-ES"/>
        </w:rPr>
        <w:t xml:space="preserve">Compra de entrada(s) para actividad(es) organizada(s) por </w:t>
      </w:r>
      <w:r w:rsidR="00971A28">
        <w:rPr>
          <w:rFonts w:ascii="Calibri" w:hAnsi="Calibri" w:cs="Calibri"/>
          <w:sz w:val="24"/>
          <w:szCs w:val="24"/>
          <w:lang w:val="es-ES"/>
        </w:rPr>
        <w:t xml:space="preserve">la </w:t>
      </w:r>
      <w:r w:rsidRPr="005A319C">
        <w:rPr>
          <w:rFonts w:ascii="Calibri" w:hAnsi="Calibri" w:cs="Calibri"/>
          <w:sz w:val="24"/>
          <w:szCs w:val="24"/>
          <w:lang w:val="es-ES"/>
        </w:rPr>
        <w:t>ANFFOS:</w:t>
      </w:r>
    </w:p>
    <w:p w14:paraId="64E0CF90" w14:textId="77777777" w:rsidR="00FC193E" w:rsidRPr="005A319C" w:rsidRDefault="00BC1395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5A319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5A319C">
        <w:rPr>
          <w:rFonts w:ascii="Calibri" w:hAnsi="Calibri" w:cs="Calibri"/>
          <w:sz w:val="24"/>
          <w:szCs w:val="24"/>
          <w:lang w:val="es-ES"/>
        </w:rPr>
        <w:t xml:space="preserve"> Taller de Barro </w:t>
      </w:r>
      <w:proofErr w:type="spellStart"/>
      <w:r w:rsidRPr="005A319C">
        <w:rPr>
          <w:rFonts w:ascii="Calibri" w:hAnsi="Calibri" w:cs="Calibri"/>
          <w:sz w:val="24"/>
          <w:szCs w:val="24"/>
          <w:lang w:val="es-ES"/>
        </w:rPr>
        <w:t>Pomaire</w:t>
      </w:r>
      <w:proofErr w:type="spellEnd"/>
    </w:p>
    <w:p w14:paraId="1F87A5CD" w14:textId="77777777" w:rsidR="00FC193E" w:rsidRPr="005A319C" w:rsidRDefault="00BC1395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5A319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5A319C">
        <w:rPr>
          <w:rFonts w:ascii="Calibri" w:hAnsi="Calibri" w:cs="Calibri"/>
          <w:sz w:val="24"/>
          <w:szCs w:val="24"/>
          <w:lang w:val="es-ES"/>
        </w:rPr>
        <w:t xml:space="preserve"> Jumper Park</w:t>
      </w:r>
    </w:p>
    <w:p w14:paraId="31F05ED3" w14:textId="77777777" w:rsidR="00FC193E" w:rsidRPr="005A319C" w:rsidRDefault="00BC1395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5A319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5A319C">
        <w:rPr>
          <w:rFonts w:ascii="Calibri" w:hAnsi="Calibri" w:cs="Calibri"/>
          <w:sz w:val="24"/>
          <w:szCs w:val="24"/>
          <w:lang w:val="es-ES"/>
        </w:rPr>
        <w:t xml:space="preserve"> Buin Zoo</w:t>
      </w:r>
    </w:p>
    <w:p w14:paraId="6D7284B7" w14:textId="77777777" w:rsidR="00FC193E" w:rsidRPr="005A319C" w:rsidRDefault="00FC193E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</w:p>
    <w:p w14:paraId="5D5A45EF" w14:textId="77777777" w:rsidR="00FC193E" w:rsidRPr="005A319C" w:rsidRDefault="00BC1395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5A319C">
        <w:rPr>
          <w:rFonts w:ascii="Calibri" w:hAnsi="Calibri" w:cs="Calibri"/>
          <w:b/>
          <w:sz w:val="24"/>
          <w:szCs w:val="24"/>
          <w:lang w:val="es-ES"/>
        </w:rPr>
        <w:t>2. DETALLE DE LA COMPRA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4680"/>
      </w:tblGrid>
      <w:tr w:rsidR="00FC193E" w:rsidRPr="005A319C" w14:paraId="6BD7D28F" w14:textId="77777777">
        <w:tc>
          <w:tcPr>
            <w:tcW w:w="4680" w:type="dxa"/>
          </w:tcPr>
          <w:p w14:paraId="6B39B990" w14:textId="77777777" w:rsidR="00FC193E" w:rsidRPr="00971A28" w:rsidRDefault="00BC1395" w:rsidP="00971A2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 w:rsidRPr="00971A28">
              <w:rPr>
                <w:rFonts w:ascii="Calibri" w:hAnsi="Calibri" w:cs="Calibri"/>
                <w:b/>
                <w:bCs/>
                <w:sz w:val="24"/>
                <w:szCs w:val="24"/>
              </w:rPr>
              <w:t>Concepto</w:t>
            </w:r>
            <w:proofErr w:type="spellEnd"/>
          </w:p>
        </w:tc>
        <w:tc>
          <w:tcPr>
            <w:tcW w:w="4680" w:type="dxa"/>
          </w:tcPr>
          <w:p w14:paraId="2090BE0E" w14:textId="76FAEFC0" w:rsidR="00FC193E" w:rsidRPr="00971A28" w:rsidRDefault="00BC1395" w:rsidP="00971A2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 w:rsidRPr="00971A28">
              <w:rPr>
                <w:rFonts w:ascii="Calibri" w:hAnsi="Calibri" w:cs="Calibri"/>
                <w:b/>
                <w:bCs/>
                <w:sz w:val="24"/>
                <w:szCs w:val="24"/>
              </w:rPr>
              <w:t>Cantidad</w:t>
            </w:r>
            <w:proofErr w:type="spellEnd"/>
            <w:r w:rsidRPr="00971A2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de </w:t>
            </w:r>
            <w:r w:rsidR="00971A28" w:rsidRPr="00971A28">
              <w:rPr>
                <w:rFonts w:ascii="Calibri" w:hAnsi="Calibri" w:cs="Calibri"/>
                <w:b/>
                <w:bCs/>
                <w:sz w:val="24"/>
                <w:szCs w:val="24"/>
              </w:rPr>
              <w:t>e</w:t>
            </w:r>
            <w:r w:rsidRPr="00971A28">
              <w:rPr>
                <w:rFonts w:ascii="Calibri" w:hAnsi="Calibri" w:cs="Calibri"/>
                <w:b/>
                <w:bCs/>
                <w:sz w:val="24"/>
                <w:szCs w:val="24"/>
              </w:rPr>
              <w:t>ntradas</w:t>
            </w:r>
          </w:p>
        </w:tc>
      </w:tr>
      <w:tr w:rsidR="00FC193E" w:rsidRPr="005A319C" w14:paraId="5A9A9827" w14:textId="77777777">
        <w:tc>
          <w:tcPr>
            <w:tcW w:w="4680" w:type="dxa"/>
          </w:tcPr>
          <w:p w14:paraId="51B5AFFC" w14:textId="77777777" w:rsidR="00FC193E" w:rsidRPr="005A319C" w:rsidRDefault="00BC1395" w:rsidP="005A319C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A319C">
              <w:rPr>
                <w:rFonts w:ascii="Calibri" w:hAnsi="Calibri" w:cs="Calibri"/>
                <w:sz w:val="24"/>
                <w:szCs w:val="24"/>
              </w:rPr>
              <w:t>Actividad seleccionada</w:t>
            </w:r>
          </w:p>
        </w:tc>
        <w:tc>
          <w:tcPr>
            <w:tcW w:w="4680" w:type="dxa"/>
          </w:tcPr>
          <w:p w14:paraId="422D3016" w14:textId="77777777" w:rsidR="00FC193E" w:rsidRPr="005A319C" w:rsidRDefault="00BC1395" w:rsidP="005A319C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A319C">
              <w:rPr>
                <w:rFonts w:ascii="Calibri" w:hAnsi="Calibri" w:cs="Calibri"/>
                <w:sz w:val="24"/>
                <w:szCs w:val="24"/>
              </w:rPr>
              <w:t>_____________</w:t>
            </w:r>
          </w:p>
        </w:tc>
      </w:tr>
    </w:tbl>
    <w:p w14:paraId="2914F169" w14:textId="77777777" w:rsidR="00971A28" w:rsidRDefault="00971A28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7CBFA0A" w14:textId="13CC8B9E" w:rsidR="00FC193E" w:rsidRPr="00971A28" w:rsidRDefault="00BC1395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  <w:proofErr w:type="gramStart"/>
      <w:r w:rsidRPr="00971A28">
        <w:rPr>
          <w:rFonts w:ascii="Calibri" w:hAnsi="Calibri" w:cs="Calibri"/>
          <w:sz w:val="24"/>
          <w:szCs w:val="24"/>
          <w:lang w:val="es-ES"/>
        </w:rPr>
        <w:t>Valor Total a Descontar</w:t>
      </w:r>
      <w:proofErr w:type="gramEnd"/>
      <w:r w:rsidRPr="00971A28">
        <w:rPr>
          <w:rFonts w:ascii="Calibri" w:hAnsi="Calibri" w:cs="Calibri"/>
          <w:sz w:val="24"/>
          <w:szCs w:val="24"/>
          <w:lang w:val="es-ES"/>
        </w:rPr>
        <w:t>: $ _____________________________</w:t>
      </w:r>
    </w:p>
    <w:p w14:paraId="674444B8" w14:textId="77777777" w:rsidR="00FC193E" w:rsidRPr="00971A28" w:rsidRDefault="00FC193E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</w:p>
    <w:p w14:paraId="410D470C" w14:textId="77777777" w:rsidR="00FC193E" w:rsidRPr="00971A28" w:rsidRDefault="00BC1395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971A28">
        <w:rPr>
          <w:rFonts w:ascii="Calibri" w:hAnsi="Calibri" w:cs="Calibri"/>
          <w:b/>
          <w:sz w:val="24"/>
          <w:szCs w:val="24"/>
          <w:lang w:val="es-ES"/>
        </w:rPr>
        <w:t>3. MODALIDAD DEL DESCUENTO</w:t>
      </w:r>
    </w:p>
    <w:p w14:paraId="356B6908" w14:textId="77777777" w:rsidR="00FC193E" w:rsidRPr="005A319C" w:rsidRDefault="00BC1395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5A319C">
        <w:rPr>
          <w:rFonts w:ascii="Calibri" w:hAnsi="Calibri" w:cs="Calibri"/>
          <w:sz w:val="24"/>
          <w:szCs w:val="24"/>
          <w:lang w:val="es-ES"/>
        </w:rPr>
        <w:t>Declaro que el monto señalado será descontado en una sola cuota, en la remuneración correspondiente al mes siguiente a la compra de las entradas.</w:t>
      </w:r>
    </w:p>
    <w:p w14:paraId="74A9314B" w14:textId="77777777" w:rsidR="00FC193E" w:rsidRPr="005A319C" w:rsidRDefault="00FC193E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</w:p>
    <w:p w14:paraId="19D4FED6" w14:textId="77777777" w:rsidR="00FC193E" w:rsidRPr="005A319C" w:rsidRDefault="00BC1395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5A319C">
        <w:rPr>
          <w:rFonts w:ascii="Calibri" w:hAnsi="Calibri" w:cs="Calibri"/>
          <w:b/>
          <w:sz w:val="24"/>
          <w:szCs w:val="24"/>
          <w:lang w:val="es-ES"/>
        </w:rPr>
        <w:t xml:space="preserve">4. </w:t>
      </w:r>
      <w:r w:rsidRPr="005A319C">
        <w:rPr>
          <w:rFonts w:ascii="Calibri" w:hAnsi="Calibri" w:cs="Calibri"/>
          <w:b/>
          <w:sz w:val="24"/>
          <w:szCs w:val="24"/>
          <w:lang w:val="es-ES"/>
        </w:rPr>
        <w:t>DECLARACIÓN</w:t>
      </w:r>
    </w:p>
    <w:p w14:paraId="72CBCB8A" w14:textId="77777777" w:rsidR="00DA4AE3" w:rsidRPr="00BC1395" w:rsidRDefault="00BC1395" w:rsidP="00BC139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BC1395">
        <w:rPr>
          <w:rFonts w:ascii="Calibri" w:hAnsi="Calibri" w:cs="Calibri"/>
          <w:sz w:val="24"/>
          <w:szCs w:val="24"/>
          <w:lang w:val="es-ES"/>
        </w:rPr>
        <w:t>Declaro conocer y aceptar que:</w:t>
      </w:r>
      <w:r w:rsidR="005A319C" w:rsidRPr="00BC1395">
        <w:rPr>
          <w:rFonts w:ascii="Calibri" w:hAnsi="Calibri" w:cs="Calibri"/>
          <w:sz w:val="24"/>
          <w:szCs w:val="24"/>
          <w:lang w:val="es-ES"/>
        </w:rPr>
        <w:t xml:space="preserve">  </w:t>
      </w:r>
    </w:p>
    <w:p w14:paraId="77942498" w14:textId="60FE38D9" w:rsidR="00DA4AE3" w:rsidRPr="00DA4AE3" w:rsidRDefault="00BC1395" w:rsidP="00DA4AE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DA4AE3">
        <w:rPr>
          <w:rFonts w:ascii="Calibri" w:hAnsi="Calibri" w:cs="Calibri"/>
          <w:sz w:val="24"/>
          <w:szCs w:val="24"/>
          <w:lang w:val="es-ES"/>
        </w:rPr>
        <w:t>El descuento se efectuará conforme a los procedimientos administrativos vigentes del Servicio.</w:t>
      </w:r>
    </w:p>
    <w:p w14:paraId="2274A8ED" w14:textId="77777777" w:rsidR="00DA4AE3" w:rsidRPr="00DA4AE3" w:rsidRDefault="00BC1395" w:rsidP="00DA4AE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DA4AE3">
        <w:rPr>
          <w:rFonts w:ascii="Calibri" w:hAnsi="Calibri" w:cs="Calibri"/>
          <w:sz w:val="24"/>
          <w:szCs w:val="24"/>
          <w:lang w:val="es-ES"/>
        </w:rPr>
        <w:t>Esta autorización se otorga de manera voluntaria.</w:t>
      </w:r>
      <w:r w:rsidR="005A319C" w:rsidRPr="00DA4AE3">
        <w:rPr>
          <w:rFonts w:ascii="Calibri" w:hAnsi="Calibri" w:cs="Calibri"/>
          <w:sz w:val="24"/>
          <w:szCs w:val="24"/>
          <w:lang w:val="es-ES"/>
        </w:rPr>
        <w:t xml:space="preserve"> </w:t>
      </w:r>
    </w:p>
    <w:p w14:paraId="1B41237F" w14:textId="3C9E5D78" w:rsidR="00FC193E" w:rsidRPr="00DA4AE3" w:rsidRDefault="00BC1395" w:rsidP="00DA4AE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DA4AE3">
        <w:rPr>
          <w:rFonts w:ascii="Calibri" w:hAnsi="Calibri" w:cs="Calibri"/>
          <w:sz w:val="24"/>
          <w:szCs w:val="24"/>
          <w:lang w:val="es-ES"/>
        </w:rPr>
        <w:t>No existe obligación de devolución por parte de ANFFOS una vez ejecutada la compra, salvo casos excepcionales debidamente justificados.</w:t>
      </w:r>
    </w:p>
    <w:p w14:paraId="2CFB8B1E" w14:textId="77777777" w:rsidR="00FC193E" w:rsidRPr="005A319C" w:rsidRDefault="00FC193E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</w:p>
    <w:p w14:paraId="4914B86B" w14:textId="77777777" w:rsidR="00FC193E" w:rsidRPr="005A319C" w:rsidRDefault="00BC1395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5A319C">
        <w:rPr>
          <w:rFonts w:ascii="Calibri" w:hAnsi="Calibri" w:cs="Calibri"/>
          <w:b/>
          <w:sz w:val="24"/>
          <w:szCs w:val="24"/>
          <w:lang w:val="es-ES"/>
        </w:rPr>
        <w:t>5. FIRMA DEL FUNCIONARIO/A</w:t>
      </w:r>
    </w:p>
    <w:p w14:paraId="3AF3B564" w14:textId="4EDFE2C8" w:rsidR="00FC193E" w:rsidRPr="005A319C" w:rsidRDefault="00BC1395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5A319C">
        <w:rPr>
          <w:rFonts w:ascii="Calibri" w:hAnsi="Calibri" w:cs="Calibri"/>
          <w:sz w:val="24"/>
          <w:szCs w:val="24"/>
          <w:lang w:val="es-ES"/>
        </w:rPr>
        <w:br/>
        <w:t xml:space="preserve">Firma </w:t>
      </w:r>
      <w:r w:rsidR="00DA4AE3">
        <w:rPr>
          <w:rFonts w:ascii="Calibri" w:hAnsi="Calibri" w:cs="Calibri"/>
          <w:sz w:val="24"/>
          <w:szCs w:val="24"/>
          <w:lang w:val="es-ES"/>
        </w:rPr>
        <w:t>d</w:t>
      </w:r>
      <w:r w:rsidRPr="005A319C">
        <w:rPr>
          <w:rFonts w:ascii="Calibri" w:hAnsi="Calibri" w:cs="Calibri"/>
          <w:sz w:val="24"/>
          <w:szCs w:val="24"/>
          <w:lang w:val="es-ES"/>
        </w:rPr>
        <w:t>igital: ________________________________</w:t>
      </w:r>
    </w:p>
    <w:p w14:paraId="328292F9" w14:textId="77777777" w:rsidR="00FC193E" w:rsidRPr="005A319C" w:rsidRDefault="00BC1395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A319C">
        <w:rPr>
          <w:rFonts w:ascii="Calibri" w:hAnsi="Calibri" w:cs="Calibri"/>
          <w:sz w:val="24"/>
          <w:szCs w:val="24"/>
        </w:rPr>
        <w:lastRenderedPageBreak/>
        <w:t>Nombre: _____________________________________</w:t>
      </w:r>
    </w:p>
    <w:p w14:paraId="564D2589" w14:textId="77777777" w:rsidR="00FC193E" w:rsidRPr="005A319C" w:rsidRDefault="00BC1395" w:rsidP="005A319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A319C">
        <w:rPr>
          <w:rFonts w:ascii="Calibri" w:hAnsi="Calibri" w:cs="Calibri"/>
          <w:sz w:val="24"/>
          <w:szCs w:val="24"/>
        </w:rPr>
        <w:t>RUT: ________________________________________</w:t>
      </w:r>
    </w:p>
    <w:sectPr w:rsidR="00FC193E" w:rsidRPr="005A319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7A7E3A"/>
    <w:multiLevelType w:val="hybridMultilevel"/>
    <w:tmpl w:val="A7D06C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7635052">
    <w:abstractNumId w:val="8"/>
  </w:num>
  <w:num w:numId="2" w16cid:durableId="1664359011">
    <w:abstractNumId w:val="6"/>
  </w:num>
  <w:num w:numId="3" w16cid:durableId="1005210213">
    <w:abstractNumId w:val="5"/>
  </w:num>
  <w:num w:numId="4" w16cid:durableId="1528367262">
    <w:abstractNumId w:val="4"/>
  </w:num>
  <w:num w:numId="5" w16cid:durableId="340200868">
    <w:abstractNumId w:val="7"/>
  </w:num>
  <w:num w:numId="6" w16cid:durableId="580136749">
    <w:abstractNumId w:val="3"/>
  </w:num>
  <w:num w:numId="7" w16cid:durableId="329724464">
    <w:abstractNumId w:val="2"/>
  </w:num>
  <w:num w:numId="8" w16cid:durableId="425270037">
    <w:abstractNumId w:val="1"/>
  </w:num>
  <w:num w:numId="9" w16cid:durableId="1253663906">
    <w:abstractNumId w:val="0"/>
  </w:num>
  <w:num w:numId="10" w16cid:durableId="16064998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A319C"/>
    <w:rsid w:val="00971A28"/>
    <w:rsid w:val="00AA1D8D"/>
    <w:rsid w:val="00B47730"/>
    <w:rsid w:val="00BC1395"/>
    <w:rsid w:val="00BC7F33"/>
    <w:rsid w:val="00CB0664"/>
    <w:rsid w:val="00DA4AE3"/>
    <w:rsid w:val="00FC19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9D7CA02-D549-4CAA-AEA5-6E28C33A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Arlette Canelo Ortega</cp:lastModifiedBy>
  <cp:revision>5</cp:revision>
  <dcterms:created xsi:type="dcterms:W3CDTF">2013-12-23T23:15:00Z</dcterms:created>
  <dcterms:modified xsi:type="dcterms:W3CDTF">2026-05-08T17:03:00Z</dcterms:modified>
  <cp:category/>
</cp:coreProperties>
</file>